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📐 יחידות מידה והמרות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⁦נכון⁩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⁦נכון⁩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⁦נכון⁩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⁦לא נכון⁩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⁦נכון⁩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⁦360⁩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⁦1,100⁩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⁦6,100⁩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⁦34.75⁩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⁦31.6⁩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 × 750 = 2,250 מ׳. 3 ק״מ = 3,000 מ׳. 3,000 − 2,250 = 750 מ׳ – כלומר בכל סיבוב חסרים 250 מ׳, ובשלושה סיבובים 750 מ׳.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⁦34.2⁩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⁦2,400⁩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⁦750⁩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כתבו את היחידה ליד כל מספר בפתרון – כך רואים מיד אם צריך להמיר.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1 מ׳ = 100 ס״מ · 1 ק״מ = 1,000 מ׳ · 1 ק״ג = 1,000 גרם · 1 שעה = 60 דקות. מיחידה גדולה לקטנה – כופלים; מקטנה לגדולה – מחלקים.✏️ דוגמה: 2.4 ק״מ = ? מ׳ ← 1 ק״מ = 1,000 מ׳ ← 2.4 × 1,000 = 2,400 ← תשובה: 2,400 מ׳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עמית רצה ⁦4⁩ סיבובים של ⁦500⁩ מ׳, וליה ⁦4⁩ סיבובים של ⁦1⁩ ק״מ. נכון או לא נכון: "עמית רצה 2,000 מ׳ בסך הכול"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עמית רצה ⁦5⁩ סיבובים של ⁦500⁩ מ׳, וליה ⁦5⁩ סיבובים של ⁦1⁩ ק״מ. נכון או לא נכון: "ליה רצה 2.5 ק״מ יותר מעמית"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עמית רצה ⁦2⁩ סיבובים של ⁦600⁩ מ׳, וליה ⁦2⁩ סיבובים של ⁦1⁩ ק״מ. נכון או לא נכון: "עמית רצה 1,200 מ׳ בסך הכול"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עמית רצה ⁦5⁩ סיבובים של ⁦750⁩ מ׳, וליה ⁦5⁩ סיבובים של ⁦1⁩ ק״מ. נכון או לא נכון: "ליה רצה 250 מ׳ יותר מעמית"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עמית רצה ⁦3⁩ סיבובים של ⁦750⁩ מ׳, וליה ⁦3⁩ סיבובים של ⁦1⁩ ק״מ. נכון או לא נכון: "ליה רצה 0.75 ק״מ יותר מעמית"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⁦6⁩ שעות = ? דקות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⁦4⁩ ק״מ = ? מ׳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עמית רצה ⁦2⁩ סיבובים במסלול שאורכו ⁦450⁩ מ׳. ליה רצה ⁦2⁩ סיבובים במסלול שאורכו ⁦1⁩ ק״מ. בכמה מטרים רצה ליה יותר?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⁦6.1⁩ ק״מ = ? מ׳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נסיעה בכביש אגרה עולה ⁦0.25⁩ ₪ לכל ק״מ. כמה עולה נסיעה של ⁦139⁩ ק״מ?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נסיעה בכביש אגרה עולה ⁦0.4⁩ ₪ לכל ק״מ. כמה עולה נסיעה של ⁦79⁩ ק״מ?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למה 3 סיבובים של 750 מ׳ הם 750 מ׳ פחות מ־3 ק״מ.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נסיעה בכביש אגרה עולה ⁦0.6⁩ ₪ לכל ק״מ. כמה עולה נסיעה של ⁦57⁩ ק״מ?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יחידות מידה והמרות</w:t>
      </w:r>
    </w:p>
    <w:p>
      <w:pPr>
        <w:bidi w:val="1"/>
        <w:jc w:val="right"/>
      </w:pPr>
      <w:r>
        <w:rPr>
          <w:rtl w:val="1"/>
        </w:rPr>
        <w:t>עמית רצה ⁦4⁩ סיבובים במסלול שאורכו ⁦400⁩ מ׳. ליה רצה ⁦4⁩ סיבובים במסלול שאורכו ⁦1⁩ ק״מ. בכמה מטרים רצה ליה יותר?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עמית רצה ⁦3⁩ סיבובים במסלול שאורכו ⁦750⁩ מ׳. ליה רצה ⁦3⁩ סיבובים במסלול שאורכו ⁦1⁩ ק״מ. בכמה מטרים רצה ליה יותר?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