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🧊 נפח, גופים ופריסות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נפח הוא כמה קוביות של 1 סמ״ק ממלאות גוף. נפח תיבה = אורך × רוחב × גובה; נפח קובייה = צלע × צלע × צלע.✏️ דוגמה: לתיבה נפח כמו לקובייה שצלעה 6 ס״מ. מידות התיבה: 4, 9 ו־? ס״מ ← נפח הקובייה: 6 × 6 × 6 = 216 ← 4 × 9 = 36 ← 216 : 36 = 6 ← המידה השלישית: 6 ס״מ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9516b1e56aee9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75025bc7806047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7a5ad2d3427d9d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80a68c6b1a79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6bbefe5ad8da3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2517c66dd7a2f4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אורך צלע של קובייה הוא ⁦11⁩ ס״מ. מה הנפח שלה (בסמ״ק)?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מידות תיבה: ⁦9⁩ ס״מ, ⁦7⁩ ס״מ, ⁦2⁩ ס״מ. מה הנפח שלה (בסמ״ק)?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לתיבה יש אותו נפח כמו לקובייה שצלעה ⁦8⁩ ס״מ. שתי מידות התיבה הן ⁦4⁩ ס״מ ו־⁦8⁩ ס״מ. מה המידה השלישית?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כמה קודקודים יש לתיבה?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מידות תיבה: ⁦7.5⁩ ס״מ, ⁦4⁩ ס״מ, ⁦5⁩ ס״מ. מה הנפח (בסמ״ק)?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מידות תיבה: ⁦5.5⁩ ס״מ, ⁦4⁩ ס״מ, ⁦5⁩ ס״מ. מה הנפח (בסמ״ק)?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למה לתיבה שמידותיה 2, 4, 8 ס״מ יש אותו נפח כמו לקובייה שצלעה 4 ס״מ.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כמה תיבות שונות אפשר לבנות מ־⁦72⁩ קוביות של ⁦1⁩ סמ״ק (משתמשים בכולן, מידות שלמות, לא סופרים סיבוב)?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נפח, גופים ופריסות</w:t>
      </w:r>
    </w:p>
    <w:p>
      <w:pPr>
        <w:bidi w:val="1"/>
        <w:jc w:val="right"/>
      </w:pPr>
      <w:r>
        <w:rPr>
          <w:rtl w:val="1"/>
        </w:rPr>
        <w:t>לתיבה יש אותו נפח כמו לקובייה שצלעה ⁦6⁩ ס״מ. שתי מידות התיבה הן ⁦4⁩ ס״מ ו־⁦27⁩ ס״מ. מה המידה השלישית?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כמה קודקודים יש לפירמידה מרובעת?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